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263AF" w14:textId="77777777" w:rsidR="00662FF1" w:rsidRDefault="00000000">
      <w:pPr>
        <w:spacing w:after="360"/>
      </w:pPr>
      <w:r>
        <w:rPr>
          <w:b/>
          <w:color w:val="1F5B45"/>
          <w:shd w:val="clear" w:color="auto" w:fill="E7F1EC"/>
        </w:rPr>
        <w:t>[DATE]</w:t>
      </w:r>
    </w:p>
    <w:p w14:paraId="34F71F78" w14:textId="77777777" w:rsidR="00662FF1" w:rsidRDefault="00000000">
      <w:pPr>
        <w:spacing w:after="280"/>
      </w:pPr>
      <w:r>
        <w:t>To Whom It May Concern:</w:t>
      </w:r>
    </w:p>
    <w:p w14:paraId="077F11D8" w14:textId="1F0B4DEB" w:rsidR="00662FF1" w:rsidRDefault="00000000">
      <w:pPr>
        <w:spacing w:after="220" w:line="276" w:lineRule="auto"/>
      </w:pPr>
      <w:r>
        <w:t xml:space="preserve">I am writing on behalf of </w:t>
      </w:r>
      <w:r>
        <w:rPr>
          <w:b/>
          <w:color w:val="1F5B45"/>
          <w:shd w:val="clear" w:color="auto" w:fill="E7F1EC"/>
        </w:rPr>
        <w:t>[ORGANIZATION]</w:t>
      </w:r>
      <w:r>
        <w:t xml:space="preserve"> </w:t>
      </w:r>
      <w:r w:rsidR="00873413">
        <w:t>in</w:t>
      </w:r>
      <w:r>
        <w:t xml:space="preserve"> support the St. Joseph Institute of Industry &amp; Agriculture (SJI), a nonprofit college being developed in St. Joseph, Missouri. In our work in St. Joseph and the surrounding area, we see a need for </w:t>
      </w:r>
      <w:r>
        <w:rPr>
          <w:b/>
          <w:color w:val="1F5B45"/>
          <w:shd w:val="clear" w:color="auto" w:fill="E7F1EC"/>
        </w:rPr>
        <w:t>[ONE LOCAL NEED]</w:t>
      </w:r>
      <w:r>
        <w:t>.</w:t>
      </w:r>
    </w:p>
    <w:p w14:paraId="30DC3761" w14:textId="77777777" w:rsidR="00662FF1" w:rsidRDefault="00000000">
      <w:pPr>
        <w:spacing w:after="220" w:line="276" w:lineRule="auto"/>
      </w:pPr>
      <w:r>
        <w:t xml:space="preserve">After learning about the plan for the college, we believe it could help address this need by </w:t>
      </w:r>
      <w:r>
        <w:rPr>
          <w:b/>
          <w:color w:val="1F5B45"/>
          <w:shd w:val="clear" w:color="auto" w:fill="E7F1EC"/>
        </w:rPr>
        <w:t>[HOW THE PLAN COULD HELP]</w:t>
      </w:r>
      <w:r>
        <w:t>. The proposal to connect students' studies with work in related businesses could give them useful experience while helping cover the cost of their education.</w:t>
      </w:r>
    </w:p>
    <w:p w14:paraId="2F9F1AE8" w14:textId="01197C63" w:rsidR="00873413" w:rsidRDefault="00000000">
      <w:pPr>
        <w:spacing w:after="220" w:line="276" w:lineRule="auto"/>
      </w:pPr>
      <w:r>
        <w:t xml:space="preserve">We would be </w:t>
      </w:r>
      <w:r w:rsidR="00873413">
        <w:t>open to exploring</w:t>
      </w:r>
      <w:r>
        <w:t xml:space="preserve"> </w:t>
      </w:r>
      <w:r>
        <w:rPr>
          <w:b/>
          <w:color w:val="1F5B45"/>
          <w:shd w:val="clear" w:color="auto" w:fill="E7F1EC"/>
        </w:rPr>
        <w:t>[POSSIBLE WAY TO WORK TOGETHER OR OFFER SUPPORT]</w:t>
      </w:r>
      <w:r>
        <w:t xml:space="preserve"> with SJI</w:t>
      </w:r>
      <w:r w:rsidR="00873413">
        <w:t xml:space="preserve"> to develop and train the future workforce.   </w:t>
      </w:r>
    </w:p>
    <w:p w14:paraId="7C00DBEC" w14:textId="79B1A8A1" w:rsidR="00662FF1" w:rsidRDefault="00000000">
      <w:pPr>
        <w:spacing w:after="220" w:line="276" w:lineRule="auto"/>
      </w:pPr>
      <w:r>
        <w:t>We would like to see this kind of opportunity available in our community. We hope you will consider funding the development of the college and its programs so that the plans presented to us can become opportunities for local students.</w:t>
      </w:r>
    </w:p>
    <w:p w14:paraId="4801E1D9" w14:textId="77777777" w:rsidR="00662FF1" w:rsidRDefault="00000000">
      <w:pPr>
        <w:spacing w:before="160" w:after="760"/>
      </w:pPr>
      <w:r>
        <w:t>Sincerely,</w:t>
      </w:r>
    </w:p>
    <w:p w14:paraId="0B421814" w14:textId="77777777" w:rsidR="00662FF1" w:rsidRDefault="00000000">
      <w:pPr>
        <w:spacing w:after="40"/>
      </w:pPr>
      <w:r>
        <w:rPr>
          <w:b/>
          <w:color w:val="1F5B45"/>
          <w:shd w:val="clear" w:color="auto" w:fill="E7F1EC"/>
        </w:rPr>
        <w:t>[NAME]</w:t>
      </w:r>
    </w:p>
    <w:p w14:paraId="01A26D5E" w14:textId="77777777" w:rsidR="00662FF1" w:rsidRDefault="00000000">
      <w:pPr>
        <w:spacing w:after="40"/>
      </w:pPr>
      <w:r>
        <w:rPr>
          <w:b/>
          <w:color w:val="1F5B45"/>
          <w:shd w:val="clear" w:color="auto" w:fill="E7F1EC"/>
        </w:rPr>
        <w:t>[TITLE / AUTHORIZED REPRESENTATIVE]</w:t>
      </w:r>
    </w:p>
    <w:p w14:paraId="4F4A682B" w14:textId="77777777" w:rsidR="00662FF1" w:rsidRDefault="00000000">
      <w:pPr>
        <w:spacing w:after="0"/>
      </w:pPr>
      <w:r>
        <w:rPr>
          <w:b/>
          <w:color w:val="1F5B45"/>
          <w:shd w:val="clear" w:color="auto" w:fill="E7F1EC"/>
        </w:rPr>
        <w:t>[EMAIL OR PHONE]</w:t>
      </w:r>
    </w:p>
    <w:sectPr w:rsidR="00662FF1" w:rsidSect="00034616">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F5F64" w14:textId="77777777" w:rsidR="008A09C2" w:rsidRDefault="008A09C2">
      <w:pPr>
        <w:spacing w:after="0" w:line="240" w:lineRule="auto"/>
      </w:pPr>
      <w:r>
        <w:separator/>
      </w:r>
    </w:p>
  </w:endnote>
  <w:endnote w:type="continuationSeparator" w:id="0">
    <w:p w14:paraId="61501E0A" w14:textId="77777777" w:rsidR="008A09C2" w:rsidRDefault="008A0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382C" w14:textId="77777777" w:rsidR="00662FF1" w:rsidRDefault="00662F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FCD55" w14:textId="77777777" w:rsidR="008A09C2" w:rsidRDefault="008A09C2">
      <w:pPr>
        <w:spacing w:after="0" w:line="240" w:lineRule="auto"/>
      </w:pPr>
      <w:r>
        <w:separator/>
      </w:r>
    </w:p>
  </w:footnote>
  <w:footnote w:type="continuationSeparator" w:id="0">
    <w:p w14:paraId="6AFA230A" w14:textId="77777777" w:rsidR="008A09C2" w:rsidRDefault="008A09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75DE" w14:textId="77777777" w:rsidR="00662FF1" w:rsidRDefault="00662F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49059779">
    <w:abstractNumId w:val="8"/>
  </w:num>
  <w:num w:numId="2" w16cid:durableId="2063678361">
    <w:abstractNumId w:val="6"/>
  </w:num>
  <w:num w:numId="3" w16cid:durableId="1400637626">
    <w:abstractNumId w:val="5"/>
  </w:num>
  <w:num w:numId="4" w16cid:durableId="459540812">
    <w:abstractNumId w:val="4"/>
  </w:num>
  <w:num w:numId="5" w16cid:durableId="535242418">
    <w:abstractNumId w:val="7"/>
  </w:num>
  <w:num w:numId="6" w16cid:durableId="1811441172">
    <w:abstractNumId w:val="3"/>
  </w:num>
  <w:num w:numId="7" w16cid:durableId="795878149">
    <w:abstractNumId w:val="2"/>
  </w:num>
  <w:num w:numId="8" w16cid:durableId="566915406">
    <w:abstractNumId w:val="1"/>
  </w:num>
  <w:num w:numId="9" w16cid:durableId="142239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62FF1"/>
    <w:rsid w:val="00755773"/>
    <w:rsid w:val="00873413"/>
    <w:rsid w:val="008A09C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EB943"/>
  <w14:defaultImageDpi w14:val="300"/>
  <w15:docId w15:val="{D2D88933-8B2A-48BE-9622-DCFF7686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02622"/>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1F5B45"/>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173F33"/>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150</Words>
  <Characters>857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SJIIA Employer, Partner Organization, or Civic Leader Support Letter Template</dc:title>
  <dc:subject>Instructions and a simple one-page letter of support</dc:subject>
  <dc:creator>St. Joseph Institute of Industry &amp; Agriculture</dc:creator>
  <cp:keywords>SJIIA, letter of support, grants</cp:keywords>
  <dc:description>generated by python-docx</dc:description>
  <cp:lastModifiedBy>Cecelia Harker</cp:lastModifiedBy>
  <cp:revision>2</cp:revision>
  <dcterms:created xsi:type="dcterms:W3CDTF">2013-12-23T23:15:00Z</dcterms:created>
  <dcterms:modified xsi:type="dcterms:W3CDTF">2026-09-08T02:51:00Z</dcterms:modified>
  <cp:category/>
</cp:coreProperties>
</file>